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сержант Разумов Алексей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Разумов Алексей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Вахтан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30.05.1993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СУ-135465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