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лейтенант Лавский Максим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Лавский Максим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Кипарис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28.10.1995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РА-115654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