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Степанов Александр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Степанов Александр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Левша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30.11.1985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МТ-598821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03:57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