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(МИНБАТР 1 мсб) в/звание рядовой Степанов Александр Александрович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Степанов Александр Александрович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Левша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30.11.1985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Номер расчета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МТ-598821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02:11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