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Васильченко Павел Витальевич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Васильченко Павел Витальевич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01.02.2004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АБ-017968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