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Виноградов Владислав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Виноградов Владислав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Винни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29.10.1998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АБ-018820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