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рядовой Виноградов Владислав Андреевич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Виноградов Владислав Андреевич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Винни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29.10.1998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АБ-018820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23:34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