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(МИНБАТР 1 мсб) в/звание рядовой Малюгин Николай Васильевич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Малюгин Николай Васильевич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Турист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16.08.1993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Старший наводчик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АВ-223791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07.09.2026 23:48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