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Ляпаков Даниил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Ляпаков Даниил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Ляпа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17.08.2003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миномета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Х-754006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