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Гречишников Дмитрий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Гречишников Дмитрий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Воронеж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28.02.1982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АВ-261676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02:30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