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ефрейтор Смирнов Игорь Евгеньевич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Смирнов Игорь Евгеньевич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Мирный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16.08.1988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СА-077098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