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рядовой Лозгачев Илья Алексеевич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Лозгачев Илья Алексеевич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Лоза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09.06.1998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 - гранатометчик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МТ-413248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02:00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