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матрос Комаров Михаил Юрьевич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Комаров Михаил Юрьевич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07.03.1984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матрос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наводчик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МТ-571840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02:11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