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матрос Комаров Михаил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Комаров Михаил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07.03.1984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МТ-571840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