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рядовой Шамбазов Даниил Ростиславович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Шамбазов Даниил Ростиславович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Миля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30.09.2003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миномета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МТ-605937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