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(МИНБАТР 1 мсб) в/звание рядовой Шамбазов Даниил Ростиславович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Шамбазов Даниил Ростиславович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Миля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30.09.2003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3 — сержанты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Командир миномета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МТ-605937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22:12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