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Кащеев Максим Константинович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Кащеев Максим Константинович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Кащей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16.08.1994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АВ-945051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01:11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