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старший матрос Бульбянов Артем Валерьевич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Бульбянов Артем Валерьевич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Буля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10.02.1987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МТ-571803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