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матрос Симонов Александр Валентинович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Симонов Александр Валентинович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Француз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20.02.1993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Х-724244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