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ефрейтор Муранчик Сергей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Муранчик Сергей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Молодой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05.01.2000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миномета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РА-113888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