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(МИНБАТР 1 мсб) в/звание ефрейтор Муранчик Сергей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Муранчик Сергей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Молодой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05.01.2000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взвода - командир миномета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РА-113888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23:40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