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(МИНБАТР 1 мсб) в/звание лейтенант Шиняев Виктор Николаевич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Шиняев Виктор Николаевич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Нева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24.06.1993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лейтенант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 — офицеры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взвода - старший офицер на батарее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ВЕ-325981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21:53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