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прапорщик Кеттунен Игорь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Кеттунен Игорь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Гарик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25.09.1995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прапорщик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 — прапорщики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ЕХ-614659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04:57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