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младший лейтенант Мазилов Роман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Мазилов Роман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Донор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20.12.1989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батареи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Ю-527428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