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ефрейтор Фадеев Алексей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Фадеев Алексей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Фадей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04.10.1985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АВ-275309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