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(ГРВ 1 мсб) в/звание рядовой Ховренков Артём Александрович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Ховренков Артём Александрович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Кега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14.08.1999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Номер расчета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СА-094994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00:20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