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Сазонов Роман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Сазонов Роман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Сазон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15.10.2003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УК-955767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