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Колбасин Евгений Анатольевич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Колбасин Евгений Анатольевич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Колба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24.09.1984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МТ-907340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