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(ГРВ 1 мсб) в/звание рядовой Токарев Сергей Юрьевич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Токарев Сергей Юрьевич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Вилл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13.10.1981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Наводчик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АВ-204510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02:20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