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Токарев Сергей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Токарев Сергей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Вилл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13.10.1981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АВ-204510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