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(ГРВ 1 мсб) в/звание рядовой Петров Евгений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Петров Евгений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Июнь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— не указано —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