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Петров Евгений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Петров Евгений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Июнь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— не указано —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