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(ГРВ 1 мсб) в/звание рядовой Казаков Кирилл Игоревич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Казаков Кирилл Игоревич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Торос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21.02.1998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АБ-102112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01:49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