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Горохов Василий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Горохов Василий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30.05.1993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МТ-085594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