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(ГРВ 1 мсб) в/звание рядовой Горохов Василий Андреевич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Горохов Василий Андреевич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Кипер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30.05.1993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рядовой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4 — солдаты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Наводчик-оператор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МТ-085594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01:42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