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Фадеев Максим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Фадеев Максим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Фад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01.02.2003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РА-011643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