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(ГРВ 1 мсб) в/звание рядовой Кузнецов Сергей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Кузнецов Сергей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Боксер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27.11.2002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МТ-598805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