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(ГРВ 1 мсб) в/звание рядовой Майоров Александр Евгеньевич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Майоров Александр Евгеньевич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Балу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23.07.1979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моб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Номер расчета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АВ-344472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01:13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