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Прокин Роман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Прокин Роман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Сплит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14.09.1993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МТ-076464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23:27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