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Белый Сергей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Белый Сергей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Свет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22.12.1979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АБ-017677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