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(ГРВ 1 мсб) в/звание рядовой Белый Сергей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Белый Сергей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Свет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22.12.1979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Наводчик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АБ-017677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03:05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