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матрос Гришенко Виктор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Гришенко Виктор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Тихий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18.06.1991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Х-721160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