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(Упр. 1 мсб 1 мсб) в/звание майор Тяжкороб Николай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Тяжкороб Николай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17.07.1983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майор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батальона по военно-политической работе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Ф-884762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