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Константинов Александр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нстантинов Александр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гр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5.19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0461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