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Константинов Александр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нстантинов Александр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гр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05.19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0461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