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ефрейтор Кобзев Алексей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Кобзев Алексей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Мамай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18.10.1991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АВ-282198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