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Аджоян Саяд Азизович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Аджоян Саяд Азизович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Охотник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13.10.1988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СА-550475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