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Кайшев Владимир Бернардович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Кайшев Владимир Бернардович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Чита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21.06.1991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ЕХ-978394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