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лейтенант Гузеев Константин Евгеньевич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Гузеев Константин Евгеньевич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Рекс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16.02.1995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МТ-934221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