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Вишняков Михаил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Вишняков Михаил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Питер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16.02.1989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Санитар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МТ-876943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00:51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