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Краюшкин Андре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раюшкин Андре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р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4.1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1083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