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Краюшкин Андре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раюшкин Андре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ра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4.199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1083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