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сержант Батырев Саранг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Батырев Саранг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20.07.1975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Огнеметчик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СА-037276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