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младший сержант Батырев Саранг Иванович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Батырев Саранг Иванович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Сара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20.07.1975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Огнеметчик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СА-037276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01:41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