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амаркин Александр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маркин Александр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ладивост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02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огне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72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