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младший сержант Трапезников Андрей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Трапезников Андрей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Волга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14.04.1992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Разведчик - снайпер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Ю-291992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