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Сафронов Олег Валентинович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Сафронов Олег Валентинович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Сафа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28.03.1973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СА-096140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