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Капустин Сергей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Капустин Сергей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Чумба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13.09.1975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МТ-914788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