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старший матрос Добров Никита Николаевич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Добров Никита Николаевич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Добряк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24.07.2001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матрос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Оператор (беспилотных летательных аппаратов коптерного типа)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МТ-655359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00:47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