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сержант Овчинников Никита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Овчинников Никита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Ацетон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16.01.2005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АБ-015103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