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матрос Липчик Владислав Олегович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Липчик Владислав Олегович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Ликан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11.04.1994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МТ-098376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