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Проскурин Сергей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Проскурин Сергей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Лис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28.09.1999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СА-550687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03:05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